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560309" cy="106921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309" cy="106921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560309" cy="106921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309" cy="106921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560309" cy="1069213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309" cy="106921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560309" cy="1069213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309" cy="106921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560309" cy="1069213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0309" cy="106921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560309" cy="1069213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0309" cy="106921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560309" cy="1069213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60309" cy="106921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560309" cy="1069213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0309" cy="106921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560309" cy="1069213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0309" cy="106921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560309" cy="1069213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60309" cy="106921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560309" cy="1069213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60309" cy="106921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560309" cy="1069213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60309" cy="106921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560309" cy="1069213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60309" cy="106921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560309" cy="1069213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60309" cy="1069213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